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color w:val="1A1A1A"/>
          <w:sz w:val="40"/>
        </w:rPr>
        <w:t>Correos para pedir cita en una feria</w:t>
      </w:r>
    </w:p>
    <w:p>
      <w:pPr>
        <w:spacing w:after="200"/>
      </w:pPr>
      <w:r>
        <w:rPr>
          <w:i/>
          <w:color w:val="888888"/>
          <w:sz w:val="20"/>
        </w:rPr>
        <w:t>Tres modelos en español y en inglés. Mándalos de seis a ocho semanas antes. Cortos: el destinatario recibe decenas.</w:t>
      </w:r>
    </w:p>
    <w:p>
      <w:pPr>
        <w:pStyle w:val="ListBullet"/>
      </w:pPr>
      <w:r>
        <w:t>Personaliza siempre la primera línea: por qué le escribes a esa persona y no a otra.</w:t>
      </w:r>
    </w:p>
    <w:p>
      <w:pPr>
        <w:pStyle w:val="ListBullet"/>
      </w:pPr>
      <w:r>
        <w:t>Propón dos o tres horarios concretos y di dónde estarás (stand o mesa).</w:t>
      </w:r>
    </w:p>
    <w:p>
      <w:pPr>
        <w:pStyle w:val="ListBullet"/>
      </w:pPr>
      <w:r>
        <w:t>Adjunta un solo archivo ligero (catálogo de derechos o ficha), o un enlace.</w:t>
      </w:r>
    </w:p>
    <w:p>
      <w:pPr>
        <w:pStyle w:val="ListBullet"/>
      </w:pPr>
      <w:r>
        <w:t>Si no responde en una semana, un recordatorio breve. No más de uno.</w:t>
      </w:r>
    </w:p>
    <w:p>
      <w:pPr>
        <w:spacing w:before="320"/>
      </w:pPr>
      <w:r>
        <w:rPr>
          <w:b/>
          <w:color w:val="B5522A"/>
          <w:sz w:val="26"/>
        </w:rPr>
        <w:t>1 · Para vender derechos a un editor extranjero</w:t>
      </w:r>
    </w:p>
    <w:p>
      <w:r>
        <w:rPr>
          <w:color w:val="888888"/>
          <w:sz w:val="16"/>
        </w:rPr>
        <w:t>ESPAÑOL</w:t>
      </w:r>
    </w:p>
    <w:p>
      <w:r>
        <w:rPr>
          <w:b/>
        </w:rPr>
        <w:t>Asunto: Cita en [feria]: [título] ([editorial])</w:t>
      </w:r>
    </w:p>
    <w:p>
      <w:r>
        <w:t>Estimada [nombre]:</w:t>
      </w:r>
    </w:p>
    <w:p>
      <w:r>
        <w:t>Soy [tu nombre], [cargo] de [editorial], editorial [mexicana / independiente] que publica [tu línea en pocas palabras]. Vi que [su sello] publica [título o línea afín], y creo que [título] puede interesarle: [una frase que lo resuma] ([dato duro: ventas, premio, reimpresiones]).</w:t>
      </w:r>
    </w:p>
    <w:p>
      <w:r>
        <w:t>Estaré en [feria] del [fecha] al [fecha]. ¿Podríamos vernos media hora? Propongo [día y hora 1], [día y hora 2] o [día y hora 3] en [stand o mesa]. Si le acomoda más, voy a su stand.</w:t>
      </w:r>
    </w:p>
    <w:p>
      <w:r>
        <w:t>Le adjunto nuestro catálogo de derechos.</w:t>
      </w:r>
    </w:p>
    <w:p>
      <w:r>
        <w:t>Saludos cordiales,</w:t>
        <w:br/>
        <w:t>[nombre · cargo · editorial · teléfono]</w:t>
      </w:r>
    </w:p>
    <w:p>
      <w:r>
        <w:rPr>
          <w:color w:val="888888"/>
          <w:sz w:val="16"/>
        </w:rPr>
        <w:t>ENGLISH</w:t>
      </w:r>
    </w:p>
    <w:p>
      <w:r>
        <w:rPr>
          <w:b/>
        </w:rPr>
        <w:t>Subject: Meeting at [fair]: [title] ([publisher])</w:t>
      </w:r>
    </w:p>
    <w:p>
      <w:r>
        <w:t>Dear [name],</w:t>
      </w:r>
    </w:p>
    <w:p>
      <w:r>
        <w:t>I'm [your name], [position] at [publisher], an [independent] publisher from Mexico specialising in [your list in a few words]. I noticed that [their imprint] publishes [similar title or list], and I think [title] may interest you: [one-line pitch] ([key fact: sales, award, reprints]).</w:t>
      </w:r>
    </w:p>
    <w:p>
      <w:r>
        <w:t>I'll be at [fair] from [date] to [date]. Could we meet for half an hour? I can do [day and time 1], [day and time 2] or [day and time 3] at [stand or table], or I'm happy to come to your stand.</w:t>
      </w:r>
    </w:p>
    <w:p>
      <w:r>
        <w:t>Please find our rights guide attached.</w:t>
      </w:r>
    </w:p>
    <w:p>
      <w:r>
        <w:t>Best regards,</w:t>
        <w:br/>
        <w:t>[name · position · publisher · phone]</w:t>
      </w:r>
    </w:p>
    <w:p>
      <w:pPr>
        <w:spacing w:before="320"/>
      </w:pPr>
      <w:r>
        <w:rPr>
          <w:b/>
          <w:color w:val="B5522A"/>
          <w:sz w:val="26"/>
        </w:rPr>
        <w:t>2 · Para ofrecer tu catálogo a un distribuidor o a una librería</w:t>
      </w:r>
    </w:p>
    <w:p>
      <w:r>
        <w:rPr>
          <w:color w:val="888888"/>
          <w:sz w:val="16"/>
        </w:rPr>
        <w:t>ESPAÑOL</w:t>
      </w:r>
    </w:p>
    <w:p>
      <w:r>
        <w:rPr>
          <w:b/>
        </w:rPr>
        <w:t>Asunto: [Editorial] en [feria]: catálogo y condiciones</w:t>
      </w:r>
    </w:p>
    <w:p>
      <w:r>
        <w:t>Estimado [nombre]:</w:t>
      </w:r>
    </w:p>
    <w:p>
      <w:r>
        <w:t>Soy [tu nombre], de [editorial]. Publicamos [línea] y tenemos [número] títulos en catálogo, entre ellos [título destacado], que [dato: se ha reimpreso, se vende bien en tal canal, ganó tal premio].</w:t>
      </w:r>
    </w:p>
    <w:p>
      <w:r>
        <w:t>Buscamos [distribución en tal región / colocar nuestros libros en su librería] y me gustaría contarle nuestras condiciones ([descuento, consignación, plazos]). Estaré en [feria] del [fecha] al [fecha]. ¿Tendría media hora el [día y hora 1] o el [día y hora 2]? Nos vemos en [stand] o donde usted prefiera.</w:t>
      </w:r>
    </w:p>
    <w:p>
      <w:r>
        <w:t>Le adjunto el catálogo.</w:t>
      </w:r>
    </w:p>
    <w:p>
      <w:r>
        <w:t>Saludos,</w:t>
        <w:br/>
        <w:t>[nombre · editorial · teléfono]</w:t>
      </w:r>
    </w:p>
    <w:p>
      <w:r>
        <w:rPr>
          <w:color w:val="888888"/>
          <w:sz w:val="16"/>
        </w:rPr>
        <w:t>ENGLISH</w:t>
      </w:r>
    </w:p>
    <w:p>
      <w:r>
        <w:rPr>
          <w:b/>
        </w:rPr>
        <w:t>Subject: [Publisher] at [fair]: catalogue and terms</w:t>
      </w:r>
    </w:p>
    <w:p>
      <w:r>
        <w:t>Dear [name],</w:t>
      </w:r>
    </w:p>
    <w:p>
      <w:r>
        <w:t>I'm [your name] from [publisher]. We publish [list] and have [number] titles in print, including [lead title], which [key fact].</w:t>
      </w:r>
    </w:p>
    <w:p>
      <w:r>
        <w:t>We're looking for [distribution in region / a place in your bookshop] and I'd like to walk you through our terms ([discount, consignment, payment terms]). I'll be at [fair] from [date] to [date]. Would you have half an hour on [day and time 1] or [day and time 2]? We can meet at [stand] or wherever suits you.</w:t>
      </w:r>
    </w:p>
    <w:p>
      <w:r>
        <w:t>Our catalogue is attached.</w:t>
      </w:r>
    </w:p>
    <w:p>
      <w:r>
        <w:t>Best regards,</w:t>
        <w:br/>
        <w:t>[name · publisher · phone]</w:t>
      </w:r>
    </w:p>
    <w:p>
      <w:pPr>
        <w:spacing w:before="320"/>
      </w:pPr>
      <w:r>
        <w:rPr>
          <w:b/>
          <w:color w:val="B5522A"/>
          <w:sz w:val="26"/>
        </w:rPr>
        <w:t>3 · Para pedir cita con un agente o editor del que quieres comprar derechos</w:t>
      </w:r>
    </w:p>
    <w:p>
      <w:r>
        <w:rPr>
          <w:color w:val="888888"/>
          <w:sz w:val="16"/>
        </w:rPr>
        <w:t>ESPAÑOL</w:t>
      </w:r>
    </w:p>
    <w:p>
      <w:r>
        <w:rPr>
          <w:b/>
        </w:rPr>
        <w:t>Asunto: Interés en [título o autor]: [editorial] en [feria]</w:t>
      </w:r>
    </w:p>
    <w:p>
      <w:r>
        <w:t>Estimada [nombre]:</w:t>
      </w:r>
    </w:p>
    <w:p>
      <w:r>
        <w:t>Soy [tu nombre], [cargo] de [editorial], en México. Publicamos [línea] y buscamos títulos para [colección o temporada]. Nos interesa [título o autor] para el español [en México / en América Latina / mundial], y también quisiéramos conocer sus novedades en [género].</w:t>
      </w:r>
    </w:p>
    <w:p>
      <w:r>
        <w:t>Estaré en [feria] del [fecha] al [fecha]. ¿Podríamos vernos media hora el [día y hora 1] o el [día y hora 2]? Si su agenda ya está llena, con gusto lo platicamos por videollamada después de la feria.</w:t>
      </w:r>
    </w:p>
    <w:p>
      <w:r>
        <w:t>Saludos cordiales,</w:t>
        <w:br/>
        <w:t>[nombre · cargo · editorial · teléfono]</w:t>
      </w:r>
    </w:p>
    <w:p>
      <w:r>
        <w:rPr>
          <w:color w:val="888888"/>
          <w:sz w:val="16"/>
        </w:rPr>
        <w:t>ENGLISH</w:t>
      </w:r>
    </w:p>
    <w:p>
      <w:r>
        <w:rPr>
          <w:b/>
        </w:rPr>
        <w:t>Subject: Interest in [title or author]: [publisher] at [fair]</w:t>
      </w:r>
    </w:p>
    <w:p>
      <w:r>
        <w:t>Dear [name],</w:t>
      </w:r>
    </w:p>
    <w:p>
      <w:r>
        <w:t>I'm [your name], [position] at [publisher], Mexico. We publish [list] and are acquiring for [series or season]. We're interested in Spanish-language rights to [title or author] [for Mexico / Latin America / world], and would also love to hear about your new titles in [genre].</w:t>
      </w:r>
    </w:p>
    <w:p>
      <w:r>
        <w:t>I'll be at [fair] from [date] to [date]. Could we meet for half an hour on [day and time 1] or [day and time 2]? If your schedule is already full, I'd be glad to talk by video call after the fair.</w:t>
      </w:r>
    </w:p>
    <w:p>
      <w:r>
        <w:t>Best regards,</w:t>
        <w:br/>
        <w:t>[name · position · publisher · phone]</w:t>
      </w:r>
    </w:p>
    <w:sectPr w:rsidR="00FC693F" w:rsidRPr="0006063C" w:rsidSect="00034616">
      <w:footerReference w:type="default" r:id="rId9"/>
      <w:pgSz w:w="12240" w:h="15840"/>
      <w:pgMar w:top="1020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484103" cy="16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illa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4103" cy="162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888888"/>
        <w:sz w:val="16"/>
      </w:rPr>
      <w:t xml:space="preserve">   Plantilla de uso libre del Instituto del Libro y la Lectura, A.C. (ILLAC) · illac.mx/guia-ferias.html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 w:eastAsia="Georgia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